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D763C" w14:textId="502627ED" w:rsidR="0018518E" w:rsidRPr="00175D81" w:rsidRDefault="00391DFF">
      <w:pPr>
        <w:rPr>
          <w:lang w:val="pl-PL"/>
        </w:rPr>
      </w:pPr>
      <w:r w:rsidRPr="00175D81">
        <w:rPr>
          <w:lang w:val="pl-PL"/>
        </w:rPr>
        <w:t xml:space="preserve">Załącznik nr 1 do zaproszenia do składania ofert — numer sprawy </w:t>
      </w:r>
      <w:r w:rsidR="00434F53" w:rsidRPr="00175D81">
        <w:rPr>
          <w:lang w:val="pl-PL"/>
        </w:rPr>
        <w:t>1/CP</w:t>
      </w:r>
      <w:r w:rsidRPr="00175D81">
        <w:rPr>
          <w:lang w:val="pl-PL"/>
        </w:rPr>
        <w:t>/2026</w:t>
      </w:r>
    </w:p>
    <w:p w14:paraId="5B2D9B8F" w14:textId="77777777" w:rsidR="0018518E" w:rsidRPr="00175D81" w:rsidRDefault="00391DFF">
      <w:pPr>
        <w:pStyle w:val="Tytu"/>
        <w:rPr>
          <w:color w:val="auto"/>
          <w:lang w:val="pl-PL"/>
        </w:rPr>
      </w:pPr>
      <w:r w:rsidRPr="00175D81">
        <w:rPr>
          <w:color w:val="auto"/>
          <w:lang w:val="pl-PL"/>
        </w:rPr>
        <w:t>Formularz ofertowo cenowy</w:t>
      </w:r>
    </w:p>
    <w:p w14:paraId="7FB5ACE3" w14:textId="6E4CD4FD" w:rsidR="0018518E" w:rsidRPr="00175D81" w:rsidRDefault="00391DFF">
      <w:pPr>
        <w:rPr>
          <w:lang w:val="pl-PL"/>
        </w:rPr>
      </w:pPr>
      <w:r w:rsidRPr="00175D81">
        <w:rPr>
          <w:lang w:val="pl-PL"/>
        </w:rPr>
        <w:t xml:space="preserve">Usługi kremacji z transportem i sukcesywne dostawy asortymentu funeralnego </w:t>
      </w:r>
      <w:r w:rsidR="00AA5D28">
        <w:rPr>
          <w:lang w:val="pl-PL"/>
        </w:rPr>
        <w:t>w okresie od dnia</w:t>
      </w:r>
      <w:r w:rsidRPr="00175D81">
        <w:rPr>
          <w:lang w:val="pl-PL"/>
        </w:rPr>
        <w:t xml:space="preserve"> 04.02.2027</w:t>
      </w:r>
      <w:r w:rsidR="00AA5D28">
        <w:rPr>
          <w:lang w:val="pl-PL"/>
        </w:rPr>
        <w:t xml:space="preserve"> r. do dnia </w:t>
      </w:r>
      <w:r w:rsidRPr="00175D81">
        <w:rPr>
          <w:lang w:val="pl-PL"/>
        </w:rPr>
        <w:t>31.01.2028</w:t>
      </w:r>
      <w:r w:rsidR="00AA5D28">
        <w:rPr>
          <w:lang w:val="pl-PL"/>
        </w:rPr>
        <w:t xml:space="preserve"> r.</w:t>
      </w:r>
    </w:p>
    <w:p w14:paraId="77B68EE7" w14:textId="77777777" w:rsidR="0018518E" w:rsidRPr="00434F53" w:rsidRDefault="00391DFF">
      <w:pPr>
        <w:rPr>
          <w:lang w:val="pl-PL"/>
        </w:rPr>
      </w:pPr>
      <w:r w:rsidRPr="00434F53">
        <w:rPr>
          <w:lang w:val="pl-PL"/>
        </w:rPr>
        <w:t>Wykonawca: ................................................................................................................................................................................</w:t>
      </w:r>
    </w:p>
    <w:p w14:paraId="3195194C" w14:textId="77777777" w:rsidR="0018518E" w:rsidRPr="00175D81" w:rsidRDefault="00391DFF">
      <w:pPr>
        <w:rPr>
          <w:lang w:val="pl-PL"/>
        </w:rPr>
      </w:pPr>
      <w:r w:rsidRPr="00175D81">
        <w:rPr>
          <w:lang w:val="pl-PL"/>
        </w:rPr>
        <w:t>Adres: ........................................................................................................ NIP: ........................................................................</w:t>
      </w:r>
    </w:p>
    <w:p w14:paraId="3FF8494F" w14:textId="77777777" w:rsidR="0018518E" w:rsidRPr="00175D81" w:rsidRDefault="00391DFF">
      <w:r w:rsidRPr="00175D81">
        <w:rPr>
          <w:lang w:val="pl-PL"/>
        </w:rPr>
        <w:t xml:space="preserve">Osoba do kontaktu: ........................................................ </w:t>
      </w:r>
      <w:r w:rsidRPr="00175D81">
        <w:t>Telefon: ................................ E-mail: ..............................................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4"/>
        <w:gridCol w:w="4535"/>
        <w:gridCol w:w="680"/>
        <w:gridCol w:w="1417"/>
        <w:gridCol w:w="850"/>
        <w:gridCol w:w="1417"/>
        <w:gridCol w:w="1417"/>
        <w:gridCol w:w="1644"/>
      </w:tblGrid>
      <w:tr w:rsidR="0018518E" w:rsidRPr="00175D81" w14:paraId="40CA2C92" w14:textId="77777777">
        <w:trPr>
          <w:cantSplit/>
          <w:tblHeader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</w:tcPr>
          <w:p w14:paraId="3321273A" w14:textId="77777777" w:rsidR="0018518E" w:rsidRPr="00175D81" w:rsidRDefault="00391DFF" w:rsidP="006352AF">
            <w:pPr>
              <w:spacing w:before="60" w:after="60"/>
              <w:jc w:val="center"/>
            </w:pPr>
            <w:r w:rsidRPr="00175D81">
              <w:rPr>
                <w:b/>
                <w:sz w:val="16"/>
              </w:rPr>
              <w:t>Lp.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</w:tcPr>
          <w:p w14:paraId="19EAB982" w14:textId="77777777" w:rsidR="0018518E" w:rsidRPr="00175D81" w:rsidRDefault="00391DFF" w:rsidP="006352AF">
            <w:pPr>
              <w:spacing w:before="60" w:after="60"/>
              <w:jc w:val="center"/>
            </w:pPr>
            <w:r w:rsidRPr="00175D81">
              <w:rPr>
                <w:b/>
                <w:sz w:val="16"/>
              </w:rPr>
              <w:t>Przedmiot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</w:tcPr>
          <w:p w14:paraId="5CDB771B" w14:textId="77777777" w:rsidR="0018518E" w:rsidRPr="00175D81" w:rsidRDefault="00391DFF" w:rsidP="006352AF">
            <w:pPr>
              <w:spacing w:before="60" w:after="60"/>
              <w:jc w:val="center"/>
            </w:pPr>
            <w:r w:rsidRPr="00175D81">
              <w:rPr>
                <w:b/>
                <w:sz w:val="16"/>
              </w:rPr>
              <w:t>Ilość</w:t>
            </w:r>
            <w:r w:rsidRPr="00175D81">
              <w:rPr>
                <w:b/>
                <w:sz w:val="16"/>
              </w:rPr>
              <w:br/>
              <w:t>szt.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</w:tcPr>
          <w:p w14:paraId="6A754091" w14:textId="77777777" w:rsidR="0018518E" w:rsidRPr="00175D81" w:rsidRDefault="00391DFF" w:rsidP="006352AF">
            <w:pPr>
              <w:spacing w:before="60" w:after="60"/>
              <w:jc w:val="center"/>
            </w:pPr>
            <w:r w:rsidRPr="00175D81">
              <w:rPr>
                <w:b/>
                <w:sz w:val="16"/>
              </w:rPr>
              <w:t>Cena jedn.</w:t>
            </w:r>
            <w:r w:rsidRPr="00175D81">
              <w:rPr>
                <w:b/>
                <w:sz w:val="16"/>
              </w:rPr>
              <w:br/>
              <w:t>netto zł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</w:tcPr>
          <w:p w14:paraId="2F3ADAE3" w14:textId="77777777" w:rsidR="0018518E" w:rsidRPr="00175D81" w:rsidRDefault="00391DFF" w:rsidP="006352AF">
            <w:pPr>
              <w:spacing w:before="60" w:after="60"/>
              <w:jc w:val="center"/>
            </w:pPr>
            <w:r w:rsidRPr="00175D81">
              <w:rPr>
                <w:b/>
                <w:sz w:val="16"/>
              </w:rPr>
              <w:t>VAT</w:t>
            </w:r>
            <w:r w:rsidRPr="00175D81">
              <w:rPr>
                <w:b/>
                <w:sz w:val="16"/>
              </w:rPr>
              <w:br/>
              <w:t>% / zw.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</w:tcPr>
          <w:p w14:paraId="7FEBF2A1" w14:textId="77777777" w:rsidR="0018518E" w:rsidRPr="00175D81" w:rsidRDefault="00391DFF" w:rsidP="006352AF">
            <w:pPr>
              <w:spacing w:before="60" w:after="60"/>
              <w:jc w:val="center"/>
            </w:pPr>
            <w:r w:rsidRPr="00175D81">
              <w:rPr>
                <w:b/>
                <w:sz w:val="16"/>
              </w:rPr>
              <w:t>Cena jedn.</w:t>
            </w:r>
            <w:r w:rsidRPr="00175D81">
              <w:rPr>
                <w:b/>
                <w:sz w:val="16"/>
              </w:rPr>
              <w:br/>
              <w:t>brutto zł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</w:tcPr>
          <w:p w14:paraId="19C80539" w14:textId="77777777" w:rsidR="0018518E" w:rsidRPr="00175D81" w:rsidRDefault="00391DFF" w:rsidP="006352AF">
            <w:pPr>
              <w:spacing w:before="60" w:after="60"/>
              <w:jc w:val="center"/>
            </w:pPr>
            <w:r w:rsidRPr="00175D81">
              <w:rPr>
                <w:b/>
                <w:sz w:val="16"/>
              </w:rPr>
              <w:t>Wartość</w:t>
            </w:r>
            <w:r w:rsidRPr="00175D81">
              <w:rPr>
                <w:b/>
                <w:sz w:val="16"/>
              </w:rPr>
              <w:br/>
              <w:t>netto zł</w:t>
            </w:r>
          </w:p>
        </w:tc>
        <w:tc>
          <w:tcPr>
            <w:tcW w:w="16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</w:tcPr>
          <w:p w14:paraId="297D2391" w14:textId="77777777" w:rsidR="0018518E" w:rsidRPr="00175D81" w:rsidRDefault="00391DFF" w:rsidP="006352AF">
            <w:pPr>
              <w:spacing w:before="60" w:after="60"/>
              <w:jc w:val="center"/>
            </w:pPr>
            <w:r w:rsidRPr="00175D81">
              <w:rPr>
                <w:b/>
                <w:sz w:val="16"/>
              </w:rPr>
              <w:t>Wartość</w:t>
            </w:r>
            <w:r w:rsidRPr="00175D81">
              <w:rPr>
                <w:b/>
                <w:sz w:val="16"/>
              </w:rPr>
              <w:br/>
              <w:t>brutto zł</w:t>
            </w:r>
          </w:p>
        </w:tc>
      </w:tr>
      <w:tr w:rsidR="0018518E" w:rsidRPr="000D67E5" w14:paraId="59CEB3C8" w14:textId="77777777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71CAE0A" w14:textId="77777777" w:rsidR="0018518E" w:rsidRPr="000D67E5" w:rsidRDefault="00391DFF">
            <w:pPr>
              <w:spacing w:before="60" w:after="60"/>
            </w:pPr>
            <w:r w:rsidRPr="000D67E5">
              <w:rPr>
                <w:sz w:val="16"/>
              </w:rPr>
              <w:t>1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24D76AC" w14:textId="77777777" w:rsidR="0018518E" w:rsidRPr="000D67E5" w:rsidRDefault="00391DFF">
            <w:pPr>
              <w:spacing w:before="60" w:after="60"/>
              <w:rPr>
                <w:lang w:val="pl-PL"/>
              </w:rPr>
            </w:pPr>
            <w:r w:rsidRPr="000D67E5">
              <w:rPr>
                <w:sz w:val="16"/>
                <w:lang w:val="pl-PL"/>
              </w:rPr>
              <w:t>Usługa kremacji wraz z transportem zwłok i odwiezieniem prochów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0CE7170" w14:textId="77777777" w:rsidR="0018518E" w:rsidRPr="000D67E5" w:rsidRDefault="00391DFF">
            <w:pPr>
              <w:spacing w:before="60" w:after="60"/>
            </w:pPr>
            <w:r w:rsidRPr="000D67E5">
              <w:rPr>
                <w:sz w:val="16"/>
              </w:rPr>
              <w:t>200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AE29E11" w14:textId="77777777" w:rsidR="0018518E" w:rsidRPr="000D67E5" w:rsidRDefault="0018518E">
            <w:pPr>
              <w:spacing w:before="60" w:after="60"/>
            </w:pP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2D6DDD8" w14:textId="77777777" w:rsidR="0018518E" w:rsidRPr="000D67E5" w:rsidRDefault="0018518E">
            <w:pPr>
              <w:spacing w:before="60" w:after="60"/>
            </w:pP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809A859" w14:textId="77777777" w:rsidR="0018518E" w:rsidRPr="000D67E5" w:rsidRDefault="0018518E">
            <w:pPr>
              <w:spacing w:before="60" w:after="60"/>
            </w:pP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58C21FE" w14:textId="77777777" w:rsidR="0018518E" w:rsidRPr="000D67E5" w:rsidRDefault="0018518E">
            <w:pPr>
              <w:spacing w:before="60" w:after="60"/>
            </w:pPr>
          </w:p>
        </w:tc>
        <w:tc>
          <w:tcPr>
            <w:tcW w:w="16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C00E7F0" w14:textId="77777777" w:rsidR="0018518E" w:rsidRPr="000D67E5" w:rsidRDefault="0018518E">
            <w:pPr>
              <w:spacing w:before="60" w:after="60"/>
            </w:pPr>
          </w:p>
        </w:tc>
      </w:tr>
      <w:tr w:rsidR="0018518E" w14:paraId="11BC9760" w14:textId="77777777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9D3F870" w14:textId="77777777" w:rsidR="0018518E" w:rsidRDefault="00391DFF">
            <w:pPr>
              <w:spacing w:before="60" w:after="60"/>
            </w:pPr>
            <w:r>
              <w:rPr>
                <w:sz w:val="16"/>
              </w:rPr>
              <w:t>2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3EED967" w14:textId="77777777" w:rsidR="0018518E" w:rsidRDefault="00391DFF">
            <w:pPr>
              <w:spacing w:before="60" w:after="60"/>
            </w:pPr>
            <w:r>
              <w:rPr>
                <w:sz w:val="16"/>
              </w:rPr>
              <w:t>Urna metalowa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D16E96E" w14:textId="77777777" w:rsidR="0018518E" w:rsidRDefault="00391DFF">
            <w:pPr>
              <w:spacing w:before="60" w:after="60"/>
            </w:pPr>
            <w:r>
              <w:rPr>
                <w:sz w:val="16"/>
              </w:rPr>
              <w:t>130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30616D2" w14:textId="77777777" w:rsidR="0018518E" w:rsidRDefault="0018518E">
            <w:pPr>
              <w:spacing w:before="60" w:after="60"/>
            </w:pP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BA66BDA" w14:textId="77777777" w:rsidR="0018518E" w:rsidRDefault="0018518E">
            <w:pPr>
              <w:spacing w:before="60" w:after="60"/>
            </w:pP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A8463E2" w14:textId="77777777" w:rsidR="0018518E" w:rsidRDefault="0018518E">
            <w:pPr>
              <w:spacing w:before="60" w:after="60"/>
            </w:pP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3F8BF33" w14:textId="77777777" w:rsidR="0018518E" w:rsidRDefault="0018518E">
            <w:pPr>
              <w:spacing w:before="60" w:after="60"/>
            </w:pPr>
          </w:p>
        </w:tc>
        <w:tc>
          <w:tcPr>
            <w:tcW w:w="16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8CBE92A" w14:textId="77777777" w:rsidR="0018518E" w:rsidRDefault="0018518E">
            <w:pPr>
              <w:spacing w:before="60" w:after="60"/>
            </w:pPr>
          </w:p>
        </w:tc>
      </w:tr>
      <w:tr w:rsidR="0018518E" w14:paraId="6DDB1D07" w14:textId="77777777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B07EA50" w14:textId="77777777" w:rsidR="0018518E" w:rsidRDefault="00391DFF">
            <w:pPr>
              <w:spacing w:before="60" w:after="60"/>
            </w:pPr>
            <w:r>
              <w:rPr>
                <w:sz w:val="16"/>
              </w:rPr>
              <w:t>3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9B4A786" w14:textId="77777777" w:rsidR="0018518E" w:rsidRDefault="00391DFF">
            <w:pPr>
              <w:spacing w:before="60" w:after="60"/>
            </w:pPr>
            <w:r>
              <w:rPr>
                <w:sz w:val="16"/>
              </w:rPr>
              <w:t>Urna kamienna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28B9CD1" w14:textId="77777777" w:rsidR="0018518E" w:rsidRDefault="00391DFF">
            <w:pPr>
              <w:spacing w:before="60" w:after="60"/>
            </w:pPr>
            <w:r>
              <w:rPr>
                <w:sz w:val="16"/>
              </w:rPr>
              <w:t>60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10BCF4D" w14:textId="77777777" w:rsidR="0018518E" w:rsidRDefault="0018518E">
            <w:pPr>
              <w:spacing w:before="60" w:after="60"/>
            </w:pP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D1C7A7E" w14:textId="77777777" w:rsidR="0018518E" w:rsidRDefault="0018518E">
            <w:pPr>
              <w:spacing w:before="60" w:after="60"/>
            </w:pP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893EC1F" w14:textId="77777777" w:rsidR="0018518E" w:rsidRDefault="0018518E">
            <w:pPr>
              <w:spacing w:before="60" w:after="60"/>
            </w:pP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DD62B85" w14:textId="77777777" w:rsidR="0018518E" w:rsidRDefault="0018518E">
            <w:pPr>
              <w:spacing w:before="60" w:after="60"/>
            </w:pPr>
          </w:p>
        </w:tc>
        <w:tc>
          <w:tcPr>
            <w:tcW w:w="16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C504104" w14:textId="77777777" w:rsidR="0018518E" w:rsidRDefault="0018518E">
            <w:pPr>
              <w:spacing w:before="60" w:after="60"/>
            </w:pPr>
          </w:p>
        </w:tc>
      </w:tr>
      <w:tr w:rsidR="0018518E" w14:paraId="52309A31" w14:textId="77777777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9F588F0" w14:textId="77777777" w:rsidR="0018518E" w:rsidRDefault="00391DFF">
            <w:pPr>
              <w:spacing w:before="60" w:after="60"/>
            </w:pPr>
            <w:r>
              <w:rPr>
                <w:sz w:val="16"/>
              </w:rPr>
              <w:t>4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B93082D" w14:textId="77777777" w:rsidR="0018518E" w:rsidRDefault="00391DFF">
            <w:pPr>
              <w:spacing w:before="60" w:after="60"/>
            </w:pPr>
            <w:r>
              <w:rPr>
                <w:sz w:val="16"/>
              </w:rPr>
              <w:t>Urna mosiężna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2AD6789" w14:textId="77777777" w:rsidR="0018518E" w:rsidRDefault="00391DFF">
            <w:pPr>
              <w:spacing w:before="60" w:after="60"/>
            </w:pPr>
            <w:r>
              <w:rPr>
                <w:sz w:val="16"/>
              </w:rPr>
              <w:t>60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169CDA9" w14:textId="77777777" w:rsidR="0018518E" w:rsidRDefault="0018518E">
            <w:pPr>
              <w:spacing w:before="60" w:after="60"/>
            </w:pP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3038C89" w14:textId="77777777" w:rsidR="0018518E" w:rsidRDefault="0018518E">
            <w:pPr>
              <w:spacing w:before="60" w:after="60"/>
            </w:pP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A3329D4" w14:textId="77777777" w:rsidR="0018518E" w:rsidRDefault="0018518E">
            <w:pPr>
              <w:spacing w:before="60" w:after="60"/>
            </w:pP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7D87D7C" w14:textId="77777777" w:rsidR="0018518E" w:rsidRDefault="0018518E">
            <w:pPr>
              <w:spacing w:before="60" w:after="60"/>
            </w:pPr>
          </w:p>
        </w:tc>
        <w:tc>
          <w:tcPr>
            <w:tcW w:w="16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752E539" w14:textId="77777777" w:rsidR="0018518E" w:rsidRDefault="0018518E">
            <w:pPr>
              <w:spacing w:before="60" w:after="60"/>
            </w:pPr>
          </w:p>
        </w:tc>
      </w:tr>
      <w:tr w:rsidR="0018518E" w14:paraId="19E1FF97" w14:textId="77777777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D982584" w14:textId="77777777" w:rsidR="0018518E" w:rsidRDefault="00391DFF">
            <w:pPr>
              <w:spacing w:before="60" w:after="60"/>
            </w:pPr>
            <w:r>
              <w:rPr>
                <w:sz w:val="16"/>
              </w:rPr>
              <w:t>5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0E3F904" w14:textId="77777777" w:rsidR="0018518E" w:rsidRDefault="00391DFF">
            <w:pPr>
              <w:spacing w:before="60" w:after="60"/>
            </w:pPr>
            <w:r>
              <w:rPr>
                <w:sz w:val="16"/>
              </w:rPr>
              <w:t>Urna kompozytowa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4D4F3E9" w14:textId="77777777" w:rsidR="0018518E" w:rsidRDefault="00391DFF">
            <w:pPr>
              <w:spacing w:before="60" w:after="60"/>
            </w:pPr>
            <w:r>
              <w:rPr>
                <w:sz w:val="16"/>
              </w:rPr>
              <w:t>40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89DE2DF" w14:textId="77777777" w:rsidR="0018518E" w:rsidRDefault="0018518E">
            <w:pPr>
              <w:spacing w:before="60" w:after="60"/>
            </w:pP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C156BD0" w14:textId="77777777" w:rsidR="0018518E" w:rsidRDefault="0018518E">
            <w:pPr>
              <w:spacing w:before="60" w:after="60"/>
            </w:pP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CD5EC7F" w14:textId="77777777" w:rsidR="0018518E" w:rsidRDefault="0018518E">
            <w:pPr>
              <w:spacing w:before="60" w:after="60"/>
            </w:pP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5DE871F" w14:textId="77777777" w:rsidR="0018518E" w:rsidRDefault="0018518E">
            <w:pPr>
              <w:spacing w:before="60" w:after="60"/>
            </w:pPr>
          </w:p>
        </w:tc>
        <w:tc>
          <w:tcPr>
            <w:tcW w:w="16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4F298EF" w14:textId="77777777" w:rsidR="0018518E" w:rsidRDefault="0018518E">
            <w:pPr>
              <w:spacing w:before="60" w:after="60"/>
            </w:pPr>
          </w:p>
        </w:tc>
      </w:tr>
      <w:tr w:rsidR="0018518E" w14:paraId="2518553E" w14:textId="77777777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E16F397" w14:textId="77777777" w:rsidR="0018518E" w:rsidRDefault="00391DFF">
            <w:pPr>
              <w:spacing w:before="60" w:after="60"/>
            </w:pPr>
            <w:r>
              <w:rPr>
                <w:sz w:val="16"/>
              </w:rPr>
              <w:t>6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18B9005" w14:textId="77777777" w:rsidR="0018518E" w:rsidRDefault="00391DFF">
            <w:pPr>
              <w:spacing w:before="60" w:after="60"/>
            </w:pPr>
            <w:r>
              <w:rPr>
                <w:sz w:val="16"/>
              </w:rPr>
              <w:t>Urna drewniana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220D115" w14:textId="77777777" w:rsidR="0018518E" w:rsidRDefault="00391DFF">
            <w:pPr>
              <w:spacing w:before="60" w:after="60"/>
            </w:pPr>
            <w:r>
              <w:rPr>
                <w:sz w:val="16"/>
              </w:rPr>
              <w:t>15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001CE1F" w14:textId="77777777" w:rsidR="0018518E" w:rsidRDefault="0018518E">
            <w:pPr>
              <w:spacing w:before="60" w:after="60"/>
            </w:pP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04D5DA6" w14:textId="77777777" w:rsidR="0018518E" w:rsidRDefault="0018518E">
            <w:pPr>
              <w:spacing w:before="60" w:after="60"/>
            </w:pP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30E6060" w14:textId="77777777" w:rsidR="0018518E" w:rsidRDefault="0018518E">
            <w:pPr>
              <w:spacing w:before="60" w:after="60"/>
            </w:pP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994301E" w14:textId="77777777" w:rsidR="0018518E" w:rsidRDefault="0018518E">
            <w:pPr>
              <w:spacing w:before="60" w:after="60"/>
            </w:pPr>
          </w:p>
        </w:tc>
        <w:tc>
          <w:tcPr>
            <w:tcW w:w="16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506E8A7" w14:textId="77777777" w:rsidR="0018518E" w:rsidRDefault="0018518E">
            <w:pPr>
              <w:spacing w:before="60" w:after="60"/>
            </w:pPr>
          </w:p>
        </w:tc>
      </w:tr>
      <w:tr w:rsidR="0018518E" w14:paraId="53A123F9" w14:textId="77777777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18AE7B1" w14:textId="77777777" w:rsidR="0018518E" w:rsidRDefault="00391DFF">
            <w:pPr>
              <w:spacing w:before="60" w:after="60"/>
            </w:pPr>
            <w:r>
              <w:rPr>
                <w:sz w:val="16"/>
              </w:rPr>
              <w:t>7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8E745AC" w14:textId="77777777" w:rsidR="0018518E" w:rsidRDefault="00391DFF">
            <w:pPr>
              <w:spacing w:before="60" w:after="60"/>
            </w:pPr>
            <w:r>
              <w:rPr>
                <w:sz w:val="16"/>
              </w:rPr>
              <w:t>Urna ceramiczna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B689F31" w14:textId="77777777" w:rsidR="0018518E" w:rsidRDefault="00391DFF">
            <w:pPr>
              <w:spacing w:before="60" w:after="60"/>
            </w:pPr>
            <w:r>
              <w:rPr>
                <w:sz w:val="16"/>
              </w:rPr>
              <w:t>20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7AFEE20" w14:textId="77777777" w:rsidR="0018518E" w:rsidRDefault="0018518E">
            <w:pPr>
              <w:spacing w:before="60" w:after="60"/>
            </w:pP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34EF480" w14:textId="77777777" w:rsidR="0018518E" w:rsidRDefault="0018518E">
            <w:pPr>
              <w:spacing w:before="60" w:after="60"/>
            </w:pP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706B928" w14:textId="77777777" w:rsidR="0018518E" w:rsidRDefault="0018518E">
            <w:pPr>
              <w:spacing w:before="60" w:after="60"/>
            </w:pP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7F9E129" w14:textId="77777777" w:rsidR="0018518E" w:rsidRDefault="0018518E">
            <w:pPr>
              <w:spacing w:before="60" w:after="60"/>
            </w:pPr>
          </w:p>
        </w:tc>
        <w:tc>
          <w:tcPr>
            <w:tcW w:w="16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83FD37C" w14:textId="77777777" w:rsidR="0018518E" w:rsidRDefault="0018518E">
            <w:pPr>
              <w:spacing w:before="60" w:after="60"/>
            </w:pPr>
          </w:p>
        </w:tc>
      </w:tr>
      <w:tr w:rsidR="0018518E" w14:paraId="6AD0CD42" w14:textId="77777777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7EDDED2" w14:textId="77777777" w:rsidR="0018518E" w:rsidRDefault="00391DFF">
            <w:pPr>
              <w:spacing w:before="60" w:after="60"/>
            </w:pPr>
            <w:r>
              <w:rPr>
                <w:sz w:val="16"/>
              </w:rPr>
              <w:t>8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B8A168D" w14:textId="77777777" w:rsidR="0018518E" w:rsidRDefault="00391DFF">
            <w:pPr>
              <w:spacing w:before="60" w:after="60"/>
            </w:pPr>
            <w:r>
              <w:rPr>
                <w:sz w:val="16"/>
              </w:rPr>
              <w:t>Urna biodegradowalna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B8FE727" w14:textId="77777777" w:rsidR="0018518E" w:rsidRDefault="00391DFF">
            <w:pPr>
              <w:spacing w:before="60" w:after="60"/>
            </w:pPr>
            <w:r>
              <w:rPr>
                <w:sz w:val="16"/>
              </w:rPr>
              <w:t>5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AA3AB66" w14:textId="77777777" w:rsidR="0018518E" w:rsidRDefault="0018518E">
            <w:pPr>
              <w:spacing w:before="60" w:after="60"/>
            </w:pP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3F30EA5" w14:textId="77777777" w:rsidR="0018518E" w:rsidRDefault="0018518E">
            <w:pPr>
              <w:spacing w:before="60" w:after="60"/>
            </w:pP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E859852" w14:textId="77777777" w:rsidR="0018518E" w:rsidRDefault="0018518E">
            <w:pPr>
              <w:spacing w:before="60" w:after="60"/>
            </w:pP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6316D76" w14:textId="77777777" w:rsidR="0018518E" w:rsidRDefault="0018518E">
            <w:pPr>
              <w:spacing w:before="60" w:after="60"/>
            </w:pPr>
          </w:p>
        </w:tc>
        <w:tc>
          <w:tcPr>
            <w:tcW w:w="16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1412261" w14:textId="77777777" w:rsidR="0018518E" w:rsidRDefault="0018518E">
            <w:pPr>
              <w:spacing w:before="60" w:after="60"/>
            </w:pPr>
          </w:p>
        </w:tc>
      </w:tr>
      <w:tr w:rsidR="0018518E" w14:paraId="54AC7838" w14:textId="77777777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75F5E13" w14:textId="77777777" w:rsidR="0018518E" w:rsidRDefault="00391DFF">
            <w:pPr>
              <w:spacing w:before="60" w:after="60"/>
            </w:pPr>
            <w:r>
              <w:rPr>
                <w:sz w:val="16"/>
              </w:rPr>
              <w:t>9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0A8FDE8" w14:textId="77777777" w:rsidR="0018518E" w:rsidRDefault="00391DFF">
            <w:pPr>
              <w:spacing w:before="60" w:after="60"/>
            </w:pPr>
            <w:r>
              <w:rPr>
                <w:sz w:val="16"/>
              </w:rPr>
              <w:t>Urna mała dziecięca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E21828C" w14:textId="77777777" w:rsidR="0018518E" w:rsidRDefault="00391DFF">
            <w:pPr>
              <w:spacing w:before="60" w:after="60"/>
            </w:pPr>
            <w:r>
              <w:rPr>
                <w:sz w:val="16"/>
              </w:rPr>
              <w:t>5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69A29D2" w14:textId="77777777" w:rsidR="0018518E" w:rsidRDefault="0018518E">
            <w:pPr>
              <w:spacing w:before="60" w:after="60"/>
            </w:pP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3434BF5" w14:textId="77777777" w:rsidR="0018518E" w:rsidRDefault="0018518E">
            <w:pPr>
              <w:spacing w:before="60" w:after="60"/>
            </w:pP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7C5DAB6" w14:textId="77777777" w:rsidR="0018518E" w:rsidRDefault="0018518E">
            <w:pPr>
              <w:spacing w:before="60" w:after="60"/>
            </w:pP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C643063" w14:textId="77777777" w:rsidR="0018518E" w:rsidRDefault="0018518E">
            <w:pPr>
              <w:spacing w:before="60" w:after="60"/>
            </w:pPr>
          </w:p>
        </w:tc>
        <w:tc>
          <w:tcPr>
            <w:tcW w:w="16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AA12F9D" w14:textId="77777777" w:rsidR="0018518E" w:rsidRDefault="0018518E">
            <w:pPr>
              <w:spacing w:before="60" w:after="60"/>
            </w:pPr>
          </w:p>
        </w:tc>
      </w:tr>
      <w:tr w:rsidR="0018518E" w14:paraId="17A8170F" w14:textId="77777777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78CE28B" w14:textId="77777777" w:rsidR="0018518E" w:rsidRDefault="00391DFF">
            <w:pPr>
              <w:spacing w:before="60" w:after="60"/>
            </w:pPr>
            <w:r>
              <w:rPr>
                <w:sz w:val="16"/>
              </w:rPr>
              <w:t>10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2DBE568" w14:textId="77777777" w:rsidR="0018518E" w:rsidRDefault="00391DFF">
            <w:pPr>
              <w:spacing w:before="60" w:after="60"/>
            </w:pPr>
            <w:r>
              <w:rPr>
                <w:sz w:val="16"/>
              </w:rPr>
              <w:t>Relikwiarz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8FCAACF" w14:textId="77777777" w:rsidR="0018518E" w:rsidRDefault="00391DFF">
            <w:pPr>
              <w:spacing w:before="60" w:after="60"/>
            </w:pPr>
            <w:r>
              <w:rPr>
                <w:sz w:val="16"/>
              </w:rPr>
              <w:t>30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031B3EC" w14:textId="77777777" w:rsidR="0018518E" w:rsidRDefault="0018518E">
            <w:pPr>
              <w:spacing w:before="60" w:after="60"/>
            </w:pP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DD02DCA" w14:textId="77777777" w:rsidR="0018518E" w:rsidRDefault="0018518E">
            <w:pPr>
              <w:spacing w:before="60" w:after="60"/>
            </w:pP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6797C0C" w14:textId="77777777" w:rsidR="0018518E" w:rsidRDefault="0018518E">
            <w:pPr>
              <w:spacing w:before="60" w:after="60"/>
            </w:pP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D988DC8" w14:textId="77777777" w:rsidR="0018518E" w:rsidRDefault="0018518E">
            <w:pPr>
              <w:spacing w:before="60" w:after="60"/>
            </w:pPr>
          </w:p>
        </w:tc>
        <w:tc>
          <w:tcPr>
            <w:tcW w:w="16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0841F0D" w14:textId="77777777" w:rsidR="0018518E" w:rsidRDefault="0018518E">
            <w:pPr>
              <w:spacing w:before="60" w:after="60"/>
            </w:pPr>
          </w:p>
        </w:tc>
      </w:tr>
      <w:tr w:rsidR="0018518E" w:rsidRPr="000D67E5" w14:paraId="4E3A763C" w14:textId="77777777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6894C21" w14:textId="77777777" w:rsidR="0018518E" w:rsidRPr="000D67E5" w:rsidRDefault="00391DFF">
            <w:pPr>
              <w:spacing w:before="60" w:after="60"/>
            </w:pPr>
            <w:r w:rsidRPr="000D67E5">
              <w:rPr>
                <w:sz w:val="16"/>
              </w:rPr>
              <w:t>11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C3A51DF" w14:textId="77777777" w:rsidR="0018518E" w:rsidRPr="000D67E5" w:rsidRDefault="00391DFF">
            <w:pPr>
              <w:spacing w:before="60" w:after="60"/>
            </w:pPr>
            <w:r w:rsidRPr="000D67E5">
              <w:rPr>
                <w:sz w:val="16"/>
              </w:rPr>
              <w:t>Bransoletka na prochy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463C794" w14:textId="77777777" w:rsidR="0018518E" w:rsidRPr="000D67E5" w:rsidRDefault="00391DFF">
            <w:pPr>
              <w:spacing w:before="60" w:after="60"/>
            </w:pPr>
            <w:r w:rsidRPr="000D67E5">
              <w:rPr>
                <w:sz w:val="16"/>
              </w:rPr>
              <w:t>15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2EC6470" w14:textId="77777777" w:rsidR="0018518E" w:rsidRPr="000D67E5" w:rsidRDefault="0018518E">
            <w:pPr>
              <w:spacing w:before="60" w:after="60"/>
            </w:pP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1D5F734" w14:textId="77777777" w:rsidR="0018518E" w:rsidRPr="000D67E5" w:rsidRDefault="0018518E">
            <w:pPr>
              <w:spacing w:before="60" w:after="60"/>
            </w:pP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879498D" w14:textId="77777777" w:rsidR="0018518E" w:rsidRPr="000D67E5" w:rsidRDefault="0018518E">
            <w:pPr>
              <w:spacing w:before="60" w:after="60"/>
            </w:pP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00780E3" w14:textId="77777777" w:rsidR="0018518E" w:rsidRPr="000D67E5" w:rsidRDefault="0018518E">
            <w:pPr>
              <w:spacing w:before="60" w:after="60"/>
            </w:pPr>
          </w:p>
        </w:tc>
        <w:tc>
          <w:tcPr>
            <w:tcW w:w="16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AE85610" w14:textId="77777777" w:rsidR="0018518E" w:rsidRPr="000D67E5" w:rsidRDefault="0018518E">
            <w:pPr>
              <w:spacing w:before="60" w:after="60"/>
            </w:pPr>
          </w:p>
        </w:tc>
      </w:tr>
      <w:tr w:rsidR="0018518E" w:rsidRPr="000D67E5" w14:paraId="0FB5C428" w14:textId="77777777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3D6AE25" w14:textId="77777777" w:rsidR="0018518E" w:rsidRPr="000D67E5" w:rsidRDefault="00391DFF">
            <w:pPr>
              <w:spacing w:before="60" w:after="60"/>
            </w:pPr>
            <w:r w:rsidRPr="000D67E5">
              <w:rPr>
                <w:sz w:val="16"/>
              </w:rPr>
              <w:t>12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DE38CD2" w14:textId="77777777" w:rsidR="0018518E" w:rsidRPr="000D67E5" w:rsidRDefault="00391DFF">
            <w:pPr>
              <w:spacing w:before="60" w:after="60"/>
            </w:pPr>
            <w:r w:rsidRPr="000D67E5">
              <w:rPr>
                <w:sz w:val="16"/>
              </w:rPr>
              <w:t>Łańcuszek na prochy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D9E23CA" w14:textId="77777777" w:rsidR="0018518E" w:rsidRPr="000D67E5" w:rsidRDefault="00391DFF">
            <w:pPr>
              <w:spacing w:before="60" w:after="60"/>
            </w:pPr>
            <w:r w:rsidRPr="000D67E5">
              <w:rPr>
                <w:sz w:val="16"/>
              </w:rPr>
              <w:t>15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6CFCB82" w14:textId="77777777" w:rsidR="0018518E" w:rsidRPr="000D67E5" w:rsidRDefault="0018518E">
            <w:pPr>
              <w:spacing w:before="60" w:after="60"/>
            </w:pP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CBF0CE0" w14:textId="77777777" w:rsidR="0018518E" w:rsidRPr="000D67E5" w:rsidRDefault="0018518E">
            <w:pPr>
              <w:spacing w:before="60" w:after="60"/>
            </w:pP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85DAE44" w14:textId="77777777" w:rsidR="0018518E" w:rsidRPr="000D67E5" w:rsidRDefault="0018518E">
            <w:pPr>
              <w:spacing w:before="60" w:after="60"/>
            </w:pP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CF325B7" w14:textId="77777777" w:rsidR="0018518E" w:rsidRPr="000D67E5" w:rsidRDefault="0018518E">
            <w:pPr>
              <w:spacing w:before="60" w:after="60"/>
            </w:pPr>
          </w:p>
        </w:tc>
        <w:tc>
          <w:tcPr>
            <w:tcW w:w="16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6FAD477" w14:textId="77777777" w:rsidR="0018518E" w:rsidRPr="000D67E5" w:rsidRDefault="0018518E">
            <w:pPr>
              <w:spacing w:before="60" w:after="60"/>
            </w:pPr>
          </w:p>
        </w:tc>
      </w:tr>
      <w:tr w:rsidR="0018518E" w:rsidRPr="000D67E5" w14:paraId="0DF4B9A4" w14:textId="77777777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B32EDCD" w14:textId="77777777" w:rsidR="0018518E" w:rsidRPr="000D67E5" w:rsidRDefault="00391DFF">
            <w:pPr>
              <w:spacing w:before="60" w:after="60"/>
            </w:pPr>
            <w:r w:rsidRPr="000D67E5">
              <w:rPr>
                <w:sz w:val="16"/>
              </w:rPr>
              <w:t>13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BD99EF2" w14:textId="77777777" w:rsidR="0018518E" w:rsidRPr="000D67E5" w:rsidRDefault="00391DFF">
            <w:pPr>
              <w:spacing w:before="60" w:after="60"/>
            </w:pPr>
            <w:r w:rsidRPr="000D67E5">
              <w:rPr>
                <w:sz w:val="16"/>
              </w:rPr>
              <w:t>Trumna kremacyjna kartonowa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6B3A312" w14:textId="77777777" w:rsidR="0018518E" w:rsidRPr="000D67E5" w:rsidRDefault="00391DFF">
            <w:pPr>
              <w:spacing w:before="60" w:after="60"/>
            </w:pPr>
            <w:r w:rsidRPr="000D67E5">
              <w:rPr>
                <w:sz w:val="16"/>
              </w:rPr>
              <w:t>170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483DECE" w14:textId="77777777" w:rsidR="0018518E" w:rsidRPr="000D67E5" w:rsidRDefault="0018518E">
            <w:pPr>
              <w:spacing w:before="60" w:after="60"/>
            </w:pP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2074294" w14:textId="77777777" w:rsidR="0018518E" w:rsidRPr="000D67E5" w:rsidRDefault="0018518E">
            <w:pPr>
              <w:spacing w:before="60" w:after="60"/>
            </w:pP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B91F505" w14:textId="77777777" w:rsidR="0018518E" w:rsidRPr="000D67E5" w:rsidRDefault="0018518E">
            <w:pPr>
              <w:spacing w:before="60" w:after="60"/>
            </w:pP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9717EB4" w14:textId="77777777" w:rsidR="0018518E" w:rsidRPr="000D67E5" w:rsidRDefault="0018518E">
            <w:pPr>
              <w:spacing w:before="60" w:after="60"/>
            </w:pPr>
          </w:p>
        </w:tc>
        <w:tc>
          <w:tcPr>
            <w:tcW w:w="16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216C0F2" w14:textId="77777777" w:rsidR="0018518E" w:rsidRPr="000D67E5" w:rsidRDefault="0018518E">
            <w:pPr>
              <w:spacing w:before="60" w:after="60"/>
            </w:pPr>
          </w:p>
        </w:tc>
      </w:tr>
      <w:tr w:rsidR="0018518E" w14:paraId="57382CCD" w14:textId="77777777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0828520" w14:textId="77777777" w:rsidR="0018518E" w:rsidRDefault="00391DFF">
            <w:pPr>
              <w:spacing w:before="60" w:after="60"/>
            </w:pPr>
            <w:r>
              <w:rPr>
                <w:sz w:val="16"/>
              </w:rPr>
              <w:t>14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A39C71C" w14:textId="77777777" w:rsidR="0018518E" w:rsidRDefault="00391DFF">
            <w:pPr>
              <w:spacing w:before="60" w:after="60"/>
            </w:pPr>
            <w:r>
              <w:rPr>
                <w:sz w:val="16"/>
              </w:rPr>
              <w:t>Trumna kremacyjna drewniana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59856A4" w14:textId="77777777" w:rsidR="0018518E" w:rsidRDefault="00391DFF">
            <w:pPr>
              <w:spacing w:before="60" w:after="60"/>
            </w:pPr>
            <w:r>
              <w:rPr>
                <w:sz w:val="16"/>
              </w:rPr>
              <w:t>30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0408BE9" w14:textId="77777777" w:rsidR="0018518E" w:rsidRDefault="0018518E">
            <w:pPr>
              <w:spacing w:before="60" w:after="60"/>
            </w:pP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7443FEE" w14:textId="77777777" w:rsidR="0018518E" w:rsidRDefault="0018518E">
            <w:pPr>
              <w:spacing w:before="60" w:after="60"/>
            </w:pP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05533D3" w14:textId="77777777" w:rsidR="0018518E" w:rsidRDefault="0018518E">
            <w:pPr>
              <w:spacing w:before="60" w:after="60"/>
            </w:pP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FB1FF7E" w14:textId="77777777" w:rsidR="0018518E" w:rsidRDefault="0018518E">
            <w:pPr>
              <w:spacing w:before="60" w:after="60"/>
            </w:pPr>
          </w:p>
        </w:tc>
        <w:tc>
          <w:tcPr>
            <w:tcW w:w="16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AA35672" w14:textId="77777777" w:rsidR="0018518E" w:rsidRDefault="0018518E">
            <w:pPr>
              <w:spacing w:before="60" w:after="60"/>
            </w:pPr>
          </w:p>
        </w:tc>
      </w:tr>
    </w:tbl>
    <w:p w14:paraId="40AD45E5" w14:textId="77777777" w:rsidR="005712A3" w:rsidRDefault="005712A3">
      <w:pPr>
        <w:rPr>
          <w:b/>
          <w:bCs/>
          <w:lang w:val="pl-PL"/>
        </w:rPr>
      </w:pPr>
    </w:p>
    <w:p w14:paraId="211BA910" w14:textId="5A9C7E7C" w:rsidR="0018518E" w:rsidRPr="000D67E5" w:rsidRDefault="00391DFF">
      <w:pPr>
        <w:rPr>
          <w:b/>
          <w:bCs/>
          <w:lang w:val="pl-PL"/>
        </w:rPr>
      </w:pPr>
      <w:r w:rsidRPr="000D67E5">
        <w:rPr>
          <w:b/>
          <w:bCs/>
          <w:lang w:val="pl-PL"/>
        </w:rPr>
        <w:t>Łączna wartość netto: ................................ zł    Łączny VAT: ................................ zł    Łączna wartość brutto: ................................ zł</w:t>
      </w:r>
    </w:p>
    <w:p w14:paraId="28415B8D" w14:textId="77777777" w:rsidR="0018518E" w:rsidRPr="00AA5D28" w:rsidRDefault="00391DFF" w:rsidP="006352AF">
      <w:pPr>
        <w:pStyle w:val="Nagwek1"/>
        <w:jc w:val="both"/>
        <w:rPr>
          <w:color w:val="auto"/>
          <w:lang w:val="pl-PL"/>
        </w:rPr>
      </w:pPr>
      <w:r w:rsidRPr="00AA5D28">
        <w:rPr>
          <w:color w:val="auto"/>
          <w:lang w:val="pl-PL"/>
        </w:rPr>
        <w:lastRenderedPageBreak/>
        <w:t>Zasady wyceny i oświadczenia wykonawcy</w:t>
      </w:r>
    </w:p>
    <w:p w14:paraId="6E6204BD" w14:textId="1C9856E9" w:rsidR="0018518E" w:rsidRPr="00AA5D28" w:rsidRDefault="00391DFF" w:rsidP="006352AF">
      <w:pPr>
        <w:pStyle w:val="Akapitzlist"/>
        <w:numPr>
          <w:ilvl w:val="0"/>
          <w:numId w:val="10"/>
        </w:numPr>
        <w:ind w:left="284" w:hanging="284"/>
        <w:jc w:val="both"/>
        <w:rPr>
          <w:lang w:val="pl-PL"/>
        </w:rPr>
      </w:pPr>
      <w:r w:rsidRPr="00AA5D28">
        <w:rPr>
          <w:lang w:val="pl-PL"/>
        </w:rPr>
        <w:t>Cena kremacji obejmuje odbiór zwłok z Prosektorium przy ul. Kujawskiej 2 w Gubinie, transport do krematorium, kremację i odwiezienie prochów pod ten sam adres. Zakup urn i trumien rozliczany jest odrębnie według odpowiednich pozycji formularza, bez podwójnego naliczania kosztów.</w:t>
      </w:r>
    </w:p>
    <w:p w14:paraId="415CC2AB" w14:textId="514EA501" w:rsidR="0018518E" w:rsidRPr="00AA5D28" w:rsidRDefault="00391DFF" w:rsidP="006352AF">
      <w:pPr>
        <w:pStyle w:val="Akapitzlist"/>
        <w:numPr>
          <w:ilvl w:val="0"/>
          <w:numId w:val="10"/>
        </w:numPr>
        <w:ind w:left="284" w:hanging="284"/>
        <w:jc w:val="both"/>
        <w:rPr>
          <w:lang w:val="pl-PL"/>
        </w:rPr>
      </w:pPr>
      <w:r w:rsidRPr="00AA5D28">
        <w:rPr>
          <w:lang w:val="pl-PL"/>
        </w:rPr>
        <w:t>Ceny asortymentu obejmują dostawę i rozładunek w Zakładzie Pogrzebowym przy ul. Kujawskiej 2 w Gubinie. Wszystkie ceny uwzględniają pełne koszty realizacji zamówienia zgodnie z zaproszeniem.</w:t>
      </w:r>
    </w:p>
    <w:p w14:paraId="1EA4E547" w14:textId="60BBC959" w:rsidR="0018518E" w:rsidRPr="00AA5D28" w:rsidRDefault="00391DFF" w:rsidP="006352AF">
      <w:pPr>
        <w:pStyle w:val="Akapitzlist"/>
        <w:numPr>
          <w:ilvl w:val="0"/>
          <w:numId w:val="10"/>
        </w:numPr>
        <w:ind w:left="284" w:hanging="284"/>
        <w:jc w:val="both"/>
        <w:rPr>
          <w:lang w:val="pl-PL"/>
        </w:rPr>
      </w:pPr>
      <w:r w:rsidRPr="00AA5D28">
        <w:rPr>
          <w:lang w:val="pl-PL"/>
        </w:rPr>
        <w:t>Ilości są szacunkowe i służą porównaniu ofert. Usługi i dostawy będą zamawiane sukcesywnie. Faktury częściowe obejmą faktycznie zrealizowane i odebrane ilości według cen jednostkowych. Akceptujemy minima, maksymalny zakres finansowy i zasady przesunięć asortymentowych określone w zaproszeniu.</w:t>
      </w:r>
    </w:p>
    <w:p w14:paraId="36FC8F63" w14:textId="40C957A4" w:rsidR="0018518E" w:rsidRPr="00AA5D28" w:rsidRDefault="00391DFF" w:rsidP="006352AF">
      <w:pPr>
        <w:pStyle w:val="Akapitzlist"/>
        <w:numPr>
          <w:ilvl w:val="0"/>
          <w:numId w:val="10"/>
        </w:numPr>
        <w:ind w:left="284" w:hanging="284"/>
        <w:jc w:val="both"/>
        <w:rPr>
          <w:lang w:val="pl-PL"/>
        </w:rPr>
      </w:pPr>
      <w:r w:rsidRPr="00AA5D28">
        <w:rPr>
          <w:lang w:val="pl-PL"/>
        </w:rPr>
        <w:t>Oferujemy wykonanie całego zamówienia na warunkach zaproszenia, w tym terminy do 24 godzin i zasady odbioru w dni robocze, termin płatności 21 dni, gwarancję 12 miesięcy, termin wymiany reklamacyjnej do 24 godzin, kary oraz zasady zmiany wynagrodzenia.</w:t>
      </w:r>
    </w:p>
    <w:p w14:paraId="1215A475" w14:textId="2966EF03" w:rsidR="0018518E" w:rsidRPr="00AA5D28" w:rsidRDefault="00391DFF" w:rsidP="006352AF">
      <w:pPr>
        <w:pStyle w:val="Akapitzlist"/>
        <w:numPr>
          <w:ilvl w:val="0"/>
          <w:numId w:val="10"/>
        </w:numPr>
        <w:ind w:left="284" w:hanging="284"/>
        <w:jc w:val="both"/>
        <w:rPr>
          <w:lang w:val="pl-PL"/>
        </w:rPr>
      </w:pPr>
      <w:r w:rsidRPr="00AA5D28">
        <w:rPr>
          <w:lang w:val="pl-PL"/>
        </w:rPr>
        <w:t>Pozostajemy związani ofertą przez 30 dni od upływu terminu składania ofert. Zapoznaliśmy się z dokumentami postępowania i uwzględniliśmy ich wymagania w cenach.</w:t>
      </w:r>
    </w:p>
    <w:p w14:paraId="6352C7A9" w14:textId="48FDE190" w:rsidR="0018518E" w:rsidRPr="00AA5D28" w:rsidRDefault="00391DFF" w:rsidP="006352AF">
      <w:pPr>
        <w:pStyle w:val="Akapitzlist"/>
        <w:numPr>
          <w:ilvl w:val="0"/>
          <w:numId w:val="10"/>
        </w:numPr>
        <w:ind w:left="284" w:hanging="284"/>
        <w:jc w:val="both"/>
        <w:rPr>
          <w:lang w:val="pl-PL"/>
        </w:rPr>
      </w:pPr>
      <w:r w:rsidRPr="00AA5D28">
        <w:rPr>
          <w:lang w:val="pl-PL"/>
        </w:rPr>
        <w:t>Zapewniamy doświadczenie, dostęp do krematorium i środków transportu oraz spełnienie wymagań prawnych dotyczących wykonywanej działalności przez cały okres realizacji zamówienia. Przedstawimy dokumenty potwierdzające te okoliczności zgodnie z zaproszeniem.</w:t>
      </w:r>
    </w:p>
    <w:p w14:paraId="1063C4F1" w14:textId="77777777" w:rsidR="00192937" w:rsidRPr="00AA5D28" w:rsidRDefault="00192937" w:rsidP="00C95AF8">
      <w:pPr>
        <w:pStyle w:val="Akapitzlist"/>
        <w:ind w:left="284"/>
        <w:jc w:val="both"/>
        <w:rPr>
          <w:lang w:val="pl-PL"/>
        </w:rPr>
      </w:pPr>
    </w:p>
    <w:p w14:paraId="3192A58B" w14:textId="77777777" w:rsidR="0018518E" w:rsidRPr="00AA5D28" w:rsidRDefault="00391DFF" w:rsidP="006352AF">
      <w:pPr>
        <w:jc w:val="both"/>
        <w:rPr>
          <w:lang w:val="pl-PL"/>
        </w:rPr>
      </w:pPr>
      <w:r w:rsidRPr="00AA5D28">
        <w:rPr>
          <w:lang w:val="pl-PL"/>
        </w:rPr>
        <w:t>Miejscowość i data: ........................................................       Podpis osoby uprawnionej: ........................................................</w:t>
      </w:r>
    </w:p>
    <w:sectPr w:rsidR="0018518E" w:rsidRPr="00AA5D28" w:rsidSect="00034616">
      <w:pgSz w:w="15840" w:h="12240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677D6C"/>
    <w:multiLevelType w:val="hybridMultilevel"/>
    <w:tmpl w:val="C52242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2436076">
    <w:abstractNumId w:val="8"/>
  </w:num>
  <w:num w:numId="2" w16cid:durableId="1249929167">
    <w:abstractNumId w:val="6"/>
  </w:num>
  <w:num w:numId="3" w16cid:durableId="216405658">
    <w:abstractNumId w:val="5"/>
  </w:num>
  <w:num w:numId="4" w16cid:durableId="513107404">
    <w:abstractNumId w:val="4"/>
  </w:num>
  <w:num w:numId="5" w16cid:durableId="1980106745">
    <w:abstractNumId w:val="7"/>
  </w:num>
  <w:num w:numId="6" w16cid:durableId="1811288953">
    <w:abstractNumId w:val="3"/>
  </w:num>
  <w:num w:numId="7" w16cid:durableId="569996956">
    <w:abstractNumId w:val="2"/>
  </w:num>
  <w:num w:numId="8" w16cid:durableId="206257082">
    <w:abstractNumId w:val="1"/>
  </w:num>
  <w:num w:numId="9" w16cid:durableId="415130481">
    <w:abstractNumId w:val="0"/>
  </w:num>
  <w:num w:numId="10" w16cid:durableId="13988607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E4C"/>
    <w:rsid w:val="00017A5B"/>
    <w:rsid w:val="000337CD"/>
    <w:rsid w:val="00034616"/>
    <w:rsid w:val="0006063C"/>
    <w:rsid w:val="000D67E5"/>
    <w:rsid w:val="0015074B"/>
    <w:rsid w:val="00175D81"/>
    <w:rsid w:val="0018518E"/>
    <w:rsid w:val="00192937"/>
    <w:rsid w:val="0029639D"/>
    <w:rsid w:val="00326F90"/>
    <w:rsid w:val="00391DFF"/>
    <w:rsid w:val="00434F53"/>
    <w:rsid w:val="004D0BB6"/>
    <w:rsid w:val="00540CC3"/>
    <w:rsid w:val="005712A3"/>
    <w:rsid w:val="005B09AB"/>
    <w:rsid w:val="006352AF"/>
    <w:rsid w:val="006A307A"/>
    <w:rsid w:val="007500BF"/>
    <w:rsid w:val="00893282"/>
    <w:rsid w:val="008E595F"/>
    <w:rsid w:val="009D2D77"/>
    <w:rsid w:val="00AA1D8D"/>
    <w:rsid w:val="00AA5D28"/>
    <w:rsid w:val="00B34AFE"/>
    <w:rsid w:val="00B47730"/>
    <w:rsid w:val="00C95AF8"/>
    <w:rsid w:val="00CB0664"/>
    <w:rsid w:val="00F53FE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137CE0"/>
  <w14:defaultImageDpi w14:val="300"/>
  <w15:docId w15:val="{44ACD7E4-CB90-4983-B1FE-87AD2B2B4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/>
    </w:pPr>
    <w:rPr>
      <w:rFonts w:ascii="Calibri" w:eastAsia="Arial" w:hAnsi="Calibri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Reweda-Kwiatkowska</cp:lastModifiedBy>
  <cp:revision>2</cp:revision>
  <dcterms:created xsi:type="dcterms:W3CDTF">2026-09-30T07:48:00Z</dcterms:created>
  <dcterms:modified xsi:type="dcterms:W3CDTF">2026-09-30T07:48:00Z</dcterms:modified>
  <cp:category/>
</cp:coreProperties>
</file>